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Comunicación de instalación de punto de recarga</w:t>
      </w:r>
    </w:p>
    <w:p>
      <w:r>
        <w:t>Modelo editable para una plaza individual de garaje y uso privado. Completa la carta de la página siguiente con los datos que haya definido tu instalador. Conserva esta hoja como instrucciones; envía únicamente la carta y los anexos que correspondan.</w:t>
      </w:r>
    </w:p>
    <w:p>
      <w:pPr>
        <w:pStyle w:val="Heading1"/>
      </w:pPr>
      <w:r>
        <w:t>Antes de utilizar la carta</w:t>
      </w:r>
    </w:p>
    <w:p>
      <w:pPr>
        <w:pStyle w:val="ListBullet"/>
      </w:pPr>
      <w:r>
        <w:t>Comprueba el régimen legal aplicable al inmueble. Bajo el artículo 17.5 de la Ley de Propiedad Horizontal, el supuesto descrito requiere comunicación previa y los interesados asumen el coste de instalación y consumo.</w:t>
      </w:r>
    </w:p>
    <w:p>
      <w:pPr>
        <w:pStyle w:val="ListBullet"/>
      </w:pPr>
      <w:r>
        <w:t>En Cataluña, el artículo 553-36.3 establece el envío del proyecto técnico a la presidencia o administración con treinta días de antelación y la certificación técnica al terminar. Durante ese plazo la comunidad puede proponer una alternativa razonable; la norma regula también su ejecución. Ajusta el envío y las fechas a ese procedimiento.</w:t>
      </w:r>
    </w:p>
    <w:p>
      <w:pPr>
        <w:pStyle w:val="ListBullet"/>
      </w:pPr>
      <w:r>
        <w:t>Si la plaza es alquilada, revisa el contrato y acuerda la actuación con su propietario. Para instalaciones colectivas, suministros comunes o actuaciones que excedan este supuesto, concreta los trámites con la administración y el instalador.</w:t>
      </w:r>
    </w:p>
    <w:p>
      <w:pPr>
        <w:pStyle w:val="ListBullet"/>
      </w:pPr>
      <w:r>
        <w:t>Rellena o elimina todos los campos entre corchetes. Pide al instalador los datos técnicos; no inventes potencias, recorridos ni números de registro.</w:t>
      </w:r>
    </w:p>
    <w:p>
      <w:pPr>
        <w:pStyle w:val="ListBullet"/>
      </w:pPr>
      <w:r>
        <w:t>Entrega la comunicación por un medio que permita conservar constancia del contenido y de su recepción. Coordina los accesos y la fecha de la obra.</w:t>
      </w:r>
    </w:p>
    <w:p>
      <w:pPr>
        <w:pStyle w:val="Heading1"/>
      </w:pPr>
      <w:r>
        <w:t>Fuentes y versión</w:t>
      </w:r>
    </w:p>
    <w:p>
      <w:r>
        <w:t>Ley de Propiedad Horizontal, artículo 17.5</w:t>
        <w:br/>
        <w:t>https://www.boe.es/buscar/act.php?id=BOE-A-1960-10906</w:t>
        <w:br/>
        <w:t>Código Civil de Cataluña, artículo 553-36.3</w:t>
        <w:br/>
        <w:t>https://www.boe.es/buscar/act.php?id=BOE-A-2006-11130</w:t>
      </w:r>
    </w:p>
    <w:p>
      <w:r>
        <w:t>Modelo orientativo de TuWallbox. Revisado el 8 de septiembre de 2026. Si existe un conflicto o dudas sobre el régimen aplicable, consulta asesoramiento profesional para tu caso.</w:t>
      </w:r>
    </w:p>
    <w:p>
      <w:r>
        <w:br w:type="page"/>
      </w:r>
    </w:p>
    <w:p>
      <w:pPr>
        <w:pStyle w:val="Title"/>
      </w:pPr>
      <w:r>
        <w:t>Comunicación de instalación de punto de recarga</w:t>
      </w:r>
    </w:p>
    <w:p>
      <w:r>
        <w:t>A la presidencia o administración de la comunidad de propietarios de [dirección del inmueble]</w:t>
      </w:r>
    </w:p>
    <w:p>
      <w:r>
        <w:t>En [localidad], a [fecha]</w:t>
      </w:r>
    </w:p>
    <w:p>
      <w:r>
        <w:t>Yo, [nombre y apellidos], titular de la plaza de garaje [número y planta], comunico la previsión de instalar un punto de recarga de vehículo eléctrico para uso privado en dicha plaza.</w:t>
      </w:r>
    </w:p>
    <w:p>
      <w:r>
        <w:t>La actuación se realizará conforme al régimen legal aplicable al inmueble y a la normativa técnica vigente. Los datos previstos, definidos por la empresa instaladora, son los siguientes:</w:t>
      </w:r>
    </w:p>
    <w:p>
      <w:pPr>
        <w:pStyle w:val="ListBullet"/>
      </w:pPr>
      <w:r>
        <w:t>Empresa instaladora y datos de identificación: [datos].</w:t>
      </w:r>
    </w:p>
    <w:p>
      <w:pPr>
        <w:pStyle w:val="ListBullet"/>
      </w:pPr>
      <w:r>
        <w:t>Equipo y potencia prevista: [modelo y potencia].</w:t>
      </w:r>
    </w:p>
    <w:p>
      <w:pPr>
        <w:pStyle w:val="ListBullet"/>
      </w:pPr>
      <w:r>
        <w:t>Origen del suministro y medición del consumo: [descripción].</w:t>
      </w:r>
    </w:p>
    <w:p>
      <w:pPr>
        <w:pStyle w:val="ListBullet"/>
      </w:pPr>
      <w:r>
        <w:t>Recorrido de las canalizaciones y trabajos previstos: [descripción o anexo].</w:t>
      </w:r>
    </w:p>
    <w:p>
      <w:pPr>
        <w:pStyle w:val="ListBullet"/>
      </w:pPr>
      <w:r>
        <w:t>Fecha prevista de inicio y duración: [fechas ajustadas al procedimiento aplicable].</w:t>
      </w:r>
    </w:p>
    <w:p>
      <w:r>
        <w:t>Asumiré el coste de la instalación y del consumo eléctrico correspondiente. Coordinaré con la administración los accesos necesarios y la reposición de los acabados afectados por la actuación.</w:t>
      </w:r>
    </w:p>
    <w:p>
      <w:r>
        <w:t>Adjunto [relación de documentación técnica que corresponda]. Agradeceré que se confirme la recepción de esta comunicación y de sus anexos.</w:t>
      </w:r>
    </w:p>
    <w:p>
      <w:r>
        <w:t>Contacto para coordinar los trabajos: [correo o teléfono].</w:t>
      </w:r>
    </w:p>
    <w:p>
      <w:r>
        <w:t>Firma</w:t>
        <w:br/>
        <w:t>[nombre y apellidos]</w:t>
      </w:r>
    </w:p>
    <w:sectPr w:rsidR="00FC693F" w:rsidRPr="0006063C" w:rsidSect="00034616"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03F4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03F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instalación de punto de recarga</dc:title>
  <dc:subject/>
  <dc:creator>Diego | TuWallbox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